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10E22A" w14:textId="42624587" w:rsidR="00C356CF" w:rsidRDefault="00000000">
      <w:pPr>
        <w:jc w:val="center"/>
      </w:pPr>
      <w:r>
        <w:rPr>
          <w:b/>
          <w:sz w:val="36"/>
        </w:rPr>
        <w:t>Raz Soare</w:t>
      </w:r>
      <w:r>
        <w:rPr>
          <w:b/>
          <w:sz w:val="36"/>
        </w:rPr>
        <w:br/>
      </w:r>
      <w:r>
        <w:t>Bristol • razvan.soare13@gmail.com • 07492 906 388</w:t>
      </w:r>
      <w:r>
        <w:br/>
        <w:t xml:space="preserve">SunnyWaves.co.uk </w:t>
      </w:r>
    </w:p>
    <w:p w14:paraId="70C1204C" w14:textId="77777777" w:rsidR="00C356CF" w:rsidRPr="00040A9A" w:rsidRDefault="00000000">
      <w:pPr>
        <w:rPr>
          <w:sz w:val="24"/>
          <w:szCs w:val="24"/>
        </w:rPr>
      </w:pPr>
      <w:r w:rsidRPr="00040A9A">
        <w:rPr>
          <w:b/>
          <w:sz w:val="24"/>
          <w:szCs w:val="24"/>
        </w:rPr>
        <w:t>PROFESSIONAL PROFILE</w:t>
      </w:r>
    </w:p>
    <w:p w14:paraId="3C0108E8" w14:textId="0162D361" w:rsidR="00C356CF" w:rsidRDefault="00000000">
      <w:r>
        <w:t xml:space="preserve">First Class Media Production graduate with experience across radio presenting, journalism, documentary filmmaking and digital content. Produced campaigns contributing to </w:t>
      </w:r>
      <w:r w:rsidR="00322500">
        <w:t>engagement</w:t>
      </w:r>
      <w:r>
        <w:t xml:space="preserve"> growth from approximately 30,000 to over 90,000, reported for Sky News during the 2024 General Election and currently present Ujima Radio's weekly Rise Up Breakfast Show.</w:t>
      </w:r>
    </w:p>
    <w:p w14:paraId="0EBF8B85" w14:textId="77777777" w:rsidR="00C356CF" w:rsidRPr="00040A9A" w:rsidRDefault="00000000">
      <w:pPr>
        <w:rPr>
          <w:sz w:val="24"/>
          <w:szCs w:val="24"/>
        </w:rPr>
      </w:pPr>
      <w:r w:rsidRPr="00040A9A">
        <w:rPr>
          <w:b/>
          <w:sz w:val="24"/>
          <w:szCs w:val="24"/>
        </w:rPr>
        <w:t>PROFESSIONAL EXPERIENCE</w:t>
      </w:r>
    </w:p>
    <w:p w14:paraId="65581B9F" w14:textId="5C715A67" w:rsidR="00C356CF" w:rsidRDefault="00000000">
      <w:r>
        <w:rPr>
          <w:b/>
        </w:rPr>
        <w:t xml:space="preserve">Ujima Radio – </w:t>
      </w:r>
      <w:r w:rsidR="00C658E4">
        <w:rPr>
          <w:b/>
        </w:rPr>
        <w:t xml:space="preserve">Content Producer, </w:t>
      </w:r>
      <w:r w:rsidR="00322500" w:rsidRPr="00322500">
        <w:rPr>
          <w:b/>
        </w:rPr>
        <w:t>Programme Assistant</w:t>
      </w:r>
      <w:r w:rsidR="00322500" w:rsidRPr="00322500">
        <w:rPr>
          <w:b/>
        </w:rPr>
        <w:t xml:space="preserve"> </w:t>
      </w:r>
      <w:r>
        <w:rPr>
          <w:b/>
        </w:rPr>
        <w:t xml:space="preserve">&amp; Radio </w:t>
      </w:r>
      <w:proofErr w:type="gramStart"/>
      <w:r>
        <w:rPr>
          <w:b/>
        </w:rPr>
        <w:t xml:space="preserve">Presenter </w:t>
      </w:r>
      <w:r>
        <w:t xml:space="preserve"> |</w:t>
      </w:r>
      <w:proofErr w:type="gramEnd"/>
      <w:r>
        <w:t xml:space="preserve"> 2025–Present</w:t>
      </w:r>
    </w:p>
    <w:p w14:paraId="00288658" w14:textId="77777777" w:rsidR="00C356CF" w:rsidRDefault="00000000">
      <w:pPr>
        <w:pStyle w:val="ListBullet"/>
      </w:pPr>
      <w:r>
        <w:t>Completed a paid internship before continuing as a volunteer presenter and content producer.</w:t>
      </w:r>
    </w:p>
    <w:p w14:paraId="2DB6A0CE" w14:textId="60C963BF" w:rsidR="00C356CF" w:rsidRDefault="00000000">
      <w:pPr>
        <w:pStyle w:val="ListBullet"/>
      </w:pPr>
      <w:r>
        <w:t>Present the weekly Rise Up Breakfast Show, interviewing musicians, authors, business owners, campaigners and community leaders.</w:t>
      </w:r>
    </w:p>
    <w:p w14:paraId="5243D993" w14:textId="433F653E" w:rsidR="00C356CF" w:rsidRDefault="00000000">
      <w:pPr>
        <w:pStyle w:val="ListBullet"/>
      </w:pPr>
      <w:r>
        <w:t>Produced four commercial adverts and managed social</w:t>
      </w:r>
      <w:r w:rsidR="00322500">
        <w:t xml:space="preserve"> media</w:t>
      </w:r>
      <w:r>
        <w:t xml:space="preserve"> campaigns, graphics and promotional content contributing to audience growth from approximately 30,000 to over 90,000</w:t>
      </w:r>
      <w:r w:rsidR="00322500">
        <w:t xml:space="preserve"> between June and August</w:t>
      </w:r>
      <w:r>
        <w:t>.</w:t>
      </w:r>
    </w:p>
    <w:p w14:paraId="0FFEC35B" w14:textId="77777777" w:rsidR="00C356CF" w:rsidRDefault="00000000">
      <w:pPr>
        <w:pStyle w:val="ListBullet"/>
      </w:pPr>
      <w:r>
        <w:t>Supported Community Radio Awards submissions contributing to two award wins.</w:t>
      </w:r>
    </w:p>
    <w:p w14:paraId="3B994390" w14:textId="77777777" w:rsidR="00C356CF" w:rsidRDefault="00000000">
      <w:r>
        <w:rPr>
          <w:b/>
        </w:rPr>
        <w:t xml:space="preserve">HUB Radio – Treasurer &amp; Presenter </w:t>
      </w:r>
      <w:r>
        <w:t xml:space="preserve"> | 2022–2025</w:t>
      </w:r>
    </w:p>
    <w:p w14:paraId="01C1CC6C" w14:textId="094712E1" w:rsidR="00C356CF" w:rsidRDefault="00322500" w:rsidP="00322500">
      <w:pPr>
        <w:pStyle w:val="ListBullet"/>
      </w:pPr>
      <w:r w:rsidRPr="00322500">
        <w:t xml:space="preserve">Played a leading role in rebuilding the student radio station after several years of decline, working closely with the committee to modernise operations and increase student engagement. </w:t>
      </w:r>
    </w:p>
    <w:p w14:paraId="02CC0E4D" w14:textId="3D203D26" w:rsidR="00C356CF" w:rsidRDefault="00000000">
      <w:pPr>
        <w:pStyle w:val="ListBullet"/>
      </w:pPr>
      <w:r>
        <w:t>Secured over £3,000 in grant</w:t>
      </w:r>
      <w:r w:rsidR="00322500">
        <w:t xml:space="preserve">s </w:t>
      </w:r>
      <w:r w:rsidR="00322500" w:rsidRPr="00322500">
        <w:t>through a competitive funding application</w:t>
      </w:r>
      <w:r>
        <w:t xml:space="preserve"> to modernise equipment and broadcasting capability.</w:t>
      </w:r>
    </w:p>
    <w:p w14:paraId="694D42E4" w14:textId="7CD45F48" w:rsidR="00C356CF" w:rsidRDefault="00000000">
      <w:pPr>
        <w:pStyle w:val="ListBullet"/>
      </w:pPr>
      <w:r>
        <w:t xml:space="preserve">Managed finances, events, presenter training and </w:t>
      </w:r>
      <w:r w:rsidR="00322500">
        <w:t>station upkeep</w:t>
      </w:r>
      <w:r>
        <w:t>.</w:t>
      </w:r>
    </w:p>
    <w:p w14:paraId="540C0807" w14:textId="77777777" w:rsidR="00C356CF" w:rsidRDefault="00000000">
      <w:pPr>
        <w:pStyle w:val="ListBullet"/>
      </w:pPr>
      <w:r>
        <w:t>Produced the station's highest-performing Instagram Reel (8,000+ views) while presenting the weekly Sunny Waves programme.</w:t>
      </w:r>
    </w:p>
    <w:p w14:paraId="6C9CD99E" w14:textId="77777777" w:rsidR="00C356CF" w:rsidRDefault="00000000">
      <w:r>
        <w:rPr>
          <w:b/>
        </w:rPr>
        <w:t xml:space="preserve">Sky News – Election Stringer </w:t>
      </w:r>
      <w:r>
        <w:t xml:space="preserve"> | 2024</w:t>
      </w:r>
    </w:p>
    <w:p w14:paraId="585583E0" w14:textId="42927DDF" w:rsidR="00C356CF" w:rsidRDefault="009619FE">
      <w:pPr>
        <w:pStyle w:val="ListBullet"/>
      </w:pPr>
      <w:r w:rsidRPr="009619FE">
        <w:t>Supported Sky News' live General Election coverage from Herefordshire North by submitting verified results and photography as an election stringer</w:t>
      </w:r>
      <w:r w:rsidR="00000000">
        <w:t>.</w:t>
      </w:r>
    </w:p>
    <w:p w14:paraId="63B0FD6B" w14:textId="2ADED73C" w:rsidR="00C356CF" w:rsidRPr="00040A9A" w:rsidRDefault="00322500">
      <w:pPr>
        <w:rPr>
          <w:sz w:val="24"/>
          <w:szCs w:val="24"/>
        </w:rPr>
      </w:pPr>
      <w:r w:rsidRPr="00040A9A">
        <w:rPr>
          <w:b/>
          <w:sz w:val="24"/>
          <w:szCs w:val="24"/>
        </w:rPr>
        <w:t>DOCUMENTARY &amp; JOURNALISM</w:t>
      </w:r>
      <w:r w:rsidR="00000000" w:rsidRPr="00040A9A">
        <w:rPr>
          <w:b/>
          <w:sz w:val="24"/>
          <w:szCs w:val="24"/>
        </w:rPr>
        <w:t xml:space="preserve"> PROJECTS</w:t>
      </w:r>
    </w:p>
    <w:p w14:paraId="17F6D1EF" w14:textId="65FFD8D9" w:rsidR="00C356CF" w:rsidRDefault="00000000">
      <w:pPr>
        <w:pStyle w:val="ListBullet"/>
      </w:pPr>
      <w:r>
        <w:t xml:space="preserve">Independently researched, directed, filmed and edited a documentary </w:t>
      </w:r>
      <w:r w:rsidR="00322500">
        <w:t>on</w:t>
      </w:r>
      <w:r>
        <w:t xml:space="preserve"> social media addiction, managing every stage of production and achieving</w:t>
      </w:r>
      <w:r w:rsidR="00322500">
        <w:t xml:space="preserve"> </w:t>
      </w:r>
      <w:r w:rsidR="009619FE">
        <w:t>a First-Class mark (83%)</w:t>
      </w:r>
      <w:r>
        <w:t>.</w:t>
      </w:r>
    </w:p>
    <w:p w14:paraId="72E06C0D" w14:textId="77777777" w:rsidR="00C356CF" w:rsidRDefault="00000000">
      <w:pPr>
        <w:pStyle w:val="ListBullet"/>
      </w:pPr>
      <w:r>
        <w:t>Presented a documentary on naturism that has accumulated 180,000+ YouTube views.</w:t>
      </w:r>
    </w:p>
    <w:p w14:paraId="269E31B3" w14:textId="5763B966" w:rsidR="00C356CF" w:rsidRDefault="00040A9A" w:rsidP="00040A9A">
      <w:pPr>
        <w:pStyle w:val="ListBullet"/>
      </w:pPr>
      <w:r w:rsidRPr="00040A9A">
        <w:t>Collaborated with a member of SACRE to produce high-quality educational videos for primary schools, translating complex religious and cultural topics into accessible visual content</w:t>
      </w:r>
      <w:r>
        <w:t xml:space="preserve"> used by more than 25,000 primary school students</w:t>
      </w:r>
      <w:r w:rsidRPr="00040A9A">
        <w:t>.</w:t>
      </w:r>
    </w:p>
    <w:p w14:paraId="1DE566FD" w14:textId="77777777" w:rsidR="00C356CF" w:rsidRDefault="00000000">
      <w:pPr>
        <w:pStyle w:val="ListBullet"/>
      </w:pPr>
      <w:r>
        <w:t>Produced short documentaries covering healthcare, Bristol artists and media literacy.</w:t>
      </w:r>
    </w:p>
    <w:p w14:paraId="04ACABEA" w14:textId="77777777" w:rsidR="00C356CF" w:rsidRDefault="00000000">
      <w:pPr>
        <w:pStyle w:val="ListBullet"/>
      </w:pPr>
      <w:r>
        <w:t>Participated in 12+ newsroom production days, sourcing stories, interviewing contributors, filming, editing, writing and occasionally leading reporting teams.</w:t>
      </w:r>
    </w:p>
    <w:p w14:paraId="59F6733D" w14:textId="77777777" w:rsidR="009619FE" w:rsidRDefault="009619FE">
      <w:pPr>
        <w:rPr>
          <w:b/>
          <w:sz w:val="24"/>
          <w:szCs w:val="24"/>
        </w:rPr>
      </w:pPr>
    </w:p>
    <w:p w14:paraId="180E63B6" w14:textId="77777777" w:rsidR="009619FE" w:rsidRDefault="009619FE">
      <w:pPr>
        <w:rPr>
          <w:b/>
          <w:sz w:val="24"/>
          <w:szCs w:val="24"/>
        </w:rPr>
      </w:pPr>
    </w:p>
    <w:p w14:paraId="6F4BE5BB" w14:textId="5EAFC466" w:rsidR="00C356CF" w:rsidRPr="00040A9A" w:rsidRDefault="00000000">
      <w:pPr>
        <w:rPr>
          <w:sz w:val="24"/>
          <w:szCs w:val="24"/>
        </w:rPr>
      </w:pPr>
      <w:r w:rsidRPr="00040A9A">
        <w:rPr>
          <w:b/>
          <w:sz w:val="24"/>
          <w:szCs w:val="24"/>
        </w:rPr>
        <w:lastRenderedPageBreak/>
        <w:t>TECHNICAL &amp; PROFESSIONAL SKILLS</w:t>
      </w:r>
    </w:p>
    <w:p w14:paraId="4DB919D7" w14:textId="385481A0" w:rsidR="00C356CF" w:rsidRDefault="00000000">
      <w:r w:rsidRPr="009619FE">
        <w:rPr>
          <w:b/>
          <w:bCs/>
        </w:rPr>
        <w:t>Content Production</w:t>
      </w:r>
      <w:r w:rsidR="009619FE">
        <w:rPr>
          <w:b/>
          <w:bCs/>
        </w:rPr>
        <w:t>:</w:t>
      </w:r>
      <w:r>
        <w:t xml:space="preserve"> Documentary filmmaking</w:t>
      </w:r>
      <w:r w:rsidR="009619FE">
        <w:t>,</w:t>
      </w:r>
      <w:r>
        <w:t xml:space="preserve"> video production, audio production, radio broadcasting, interviewing, </w:t>
      </w:r>
      <w:r w:rsidR="00040A9A">
        <w:t>short form content creation.</w:t>
      </w:r>
      <w:r>
        <w:br/>
      </w:r>
      <w:r w:rsidRPr="009619FE">
        <w:rPr>
          <w:b/>
          <w:bCs/>
        </w:rPr>
        <w:t>Digital Marketing</w:t>
      </w:r>
      <w:r w:rsidR="009619FE">
        <w:rPr>
          <w:b/>
          <w:bCs/>
        </w:rPr>
        <w:t>:</w:t>
      </w:r>
      <w:r>
        <w:t xml:space="preserve"> Social media management, campaign planning, copywriting, graphic design, content scheduling</w:t>
      </w:r>
      <w:r w:rsidR="009619FE">
        <w:t>.</w:t>
      </w:r>
      <w:r>
        <w:br/>
      </w:r>
      <w:r w:rsidRPr="009619FE">
        <w:rPr>
          <w:b/>
          <w:bCs/>
        </w:rPr>
        <w:t>Software</w:t>
      </w:r>
      <w:r w:rsidR="009619FE">
        <w:rPr>
          <w:b/>
          <w:bCs/>
        </w:rPr>
        <w:t>:</w:t>
      </w:r>
      <w:r>
        <w:t xml:space="preserve"> Adobe Premiere Pro, Adobe Audition, Adobe Express, Canva, Myriad News &amp; Playout, Microsoft Office</w:t>
      </w:r>
      <w:r w:rsidR="009619FE">
        <w:t>.</w:t>
      </w:r>
      <w:r>
        <w:br/>
      </w:r>
      <w:r w:rsidRPr="009619FE">
        <w:rPr>
          <w:b/>
          <w:bCs/>
        </w:rPr>
        <w:t>Professiona</w:t>
      </w:r>
      <w:r w:rsidR="009619FE" w:rsidRPr="009619FE">
        <w:rPr>
          <w:b/>
          <w:bCs/>
        </w:rPr>
        <w:t>l</w:t>
      </w:r>
      <w:r w:rsidR="009619FE">
        <w:rPr>
          <w:b/>
          <w:bCs/>
        </w:rPr>
        <w:t>:</w:t>
      </w:r>
      <w:r>
        <w:t xml:space="preserve"> Project management, grant writing, stakeholder engagement, public speaking, Full UK driving licence</w:t>
      </w:r>
      <w:r w:rsidR="009619FE">
        <w:t>.</w:t>
      </w:r>
    </w:p>
    <w:p w14:paraId="51211DF4" w14:textId="77777777" w:rsidR="00C356CF" w:rsidRPr="009619FE" w:rsidRDefault="00000000">
      <w:pPr>
        <w:rPr>
          <w:sz w:val="24"/>
          <w:szCs w:val="24"/>
        </w:rPr>
      </w:pPr>
      <w:r w:rsidRPr="009619FE">
        <w:rPr>
          <w:b/>
          <w:sz w:val="24"/>
          <w:szCs w:val="24"/>
        </w:rPr>
        <w:t>VOLUNTEERING</w:t>
      </w:r>
    </w:p>
    <w:p w14:paraId="7E86F31A" w14:textId="77777777" w:rsidR="00C356CF" w:rsidRDefault="00000000">
      <w:pPr>
        <w:pStyle w:val="ListBullet"/>
      </w:pPr>
      <w:r>
        <w:t>Live sports commentator covering kickboxing, Muay Thai and basketball.</w:t>
      </w:r>
    </w:p>
    <w:p w14:paraId="1A292801" w14:textId="0487E7E5" w:rsidR="00C356CF" w:rsidRDefault="00000000">
      <w:pPr>
        <w:pStyle w:val="ListBullet"/>
      </w:pPr>
      <w:r>
        <w:t>Volunteer</w:t>
      </w:r>
      <w:r w:rsidR="00040A9A">
        <w:t>ed</w:t>
      </w:r>
      <w:r>
        <w:t xml:space="preserve"> at a Romanian stray dog rescue centre.</w:t>
      </w:r>
    </w:p>
    <w:p w14:paraId="37F07612" w14:textId="04F829C8" w:rsidR="00C356CF" w:rsidRDefault="00000000">
      <w:pPr>
        <w:pStyle w:val="ListBullet"/>
      </w:pPr>
      <w:r>
        <w:t>Volunteer</w:t>
      </w:r>
      <w:r w:rsidR="00040A9A">
        <w:t>ed</w:t>
      </w:r>
      <w:r>
        <w:t xml:space="preserve"> at Worcester Sanctuary Care Home supporting residents and producing promotional media.</w:t>
      </w:r>
    </w:p>
    <w:p w14:paraId="1EEE63DD" w14:textId="77777777" w:rsidR="00C356CF" w:rsidRPr="009619FE" w:rsidRDefault="00000000">
      <w:pPr>
        <w:rPr>
          <w:sz w:val="24"/>
          <w:szCs w:val="24"/>
        </w:rPr>
      </w:pPr>
      <w:r w:rsidRPr="009619FE">
        <w:rPr>
          <w:b/>
          <w:sz w:val="24"/>
          <w:szCs w:val="24"/>
        </w:rPr>
        <w:t>EDUCATION</w:t>
      </w:r>
    </w:p>
    <w:p w14:paraId="3A79C82A" w14:textId="77777777" w:rsidR="00C356CF" w:rsidRDefault="00000000">
      <w:r>
        <w:t>University of the West of England — BA (Hons) Media Production (First Class), 2021–2025</w:t>
      </w:r>
    </w:p>
    <w:p w14:paraId="6D00B38B" w14:textId="77777777" w:rsidR="00C356CF" w:rsidRDefault="00000000">
      <w:r>
        <w:t>Worcester Sixth Form College — A Levels in Politics, English Language and Sociology</w:t>
      </w:r>
    </w:p>
    <w:sectPr w:rsidR="00C356CF" w:rsidSect="00034616">
      <w:pgSz w:w="12240" w:h="15840"/>
      <w:pgMar w:top="720" w:right="800" w:bottom="720" w:left="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28426212">
    <w:abstractNumId w:val="8"/>
  </w:num>
  <w:num w:numId="2" w16cid:durableId="204568590">
    <w:abstractNumId w:val="6"/>
  </w:num>
  <w:num w:numId="3" w16cid:durableId="167864968">
    <w:abstractNumId w:val="5"/>
  </w:num>
  <w:num w:numId="4" w16cid:durableId="1339579582">
    <w:abstractNumId w:val="4"/>
  </w:num>
  <w:num w:numId="5" w16cid:durableId="497500082">
    <w:abstractNumId w:val="7"/>
  </w:num>
  <w:num w:numId="6" w16cid:durableId="204877187">
    <w:abstractNumId w:val="3"/>
  </w:num>
  <w:num w:numId="7" w16cid:durableId="2138714496">
    <w:abstractNumId w:val="2"/>
  </w:num>
  <w:num w:numId="8" w16cid:durableId="756558175">
    <w:abstractNumId w:val="1"/>
  </w:num>
  <w:num w:numId="9" w16cid:durableId="17344998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0A9A"/>
    <w:rsid w:val="0006063C"/>
    <w:rsid w:val="0015074B"/>
    <w:rsid w:val="00256B15"/>
    <w:rsid w:val="0029639D"/>
    <w:rsid w:val="00322500"/>
    <w:rsid w:val="00326F90"/>
    <w:rsid w:val="0038128C"/>
    <w:rsid w:val="004019C8"/>
    <w:rsid w:val="009619FE"/>
    <w:rsid w:val="00AA1D8D"/>
    <w:rsid w:val="00B47730"/>
    <w:rsid w:val="00C356CF"/>
    <w:rsid w:val="00C658E4"/>
    <w:rsid w:val="00CB0664"/>
    <w:rsid w:val="00E9012F"/>
    <w:rsid w:val="00F3798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228582D"/>
  <w14:defaultImageDpi w14:val="300"/>
  <w15:docId w15:val="{759E47B2-E724-4CEB-A254-4AB873C28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eastAsia="Calibri" w:hAnsi="Calibri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519</Words>
  <Characters>2962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3475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Razvan Soare</cp:lastModifiedBy>
  <cp:revision>4</cp:revision>
  <dcterms:created xsi:type="dcterms:W3CDTF">2026-07-03T22:09:00Z</dcterms:created>
  <dcterms:modified xsi:type="dcterms:W3CDTF">2026-07-03T22:16:00Z</dcterms:modified>
  <cp:category/>
</cp:coreProperties>
</file>